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sz w:val="46"/>
        </w:rPr>
        <w:t>AI Employment Navigator</w:t>
      </w:r>
    </w:p>
    <w:p>
      <w:pPr>
        <w:jc w:val="center"/>
      </w:pPr>
      <w:r>
        <w:rPr>
          <w:i/>
          <w:sz w:val="25"/>
        </w:rPr>
        <w:t>Career Planner Step-by-Step Guide</w:t>
      </w:r>
    </w:p>
    <w:p>
      <w:pPr>
        <w:jc w:val="center"/>
      </w:pPr>
      <w:r>
        <w:rPr>
          <w:b/>
          <w:sz w:val="20"/>
        </w:rPr>
        <w:t>Developed by Ryan Uher | AI Employment Navigator</w:t>
      </w:r>
    </w:p>
    <w:p/>
    <w:p>
      <w:pPr>
        <w:pStyle w:val="Heading1"/>
      </w:pPr>
      <w:r>
        <w:t>Use This Guide With the Client</w:t>
      </w:r>
    </w:p>
    <w:p>
      <w:r>
        <w:t>The purpose is to teach the client's AI what a good job looks like for that individual, then use the AI to search, filter, prepare and learn from results.</w:t>
      </w:r>
    </w:p>
    <w:p>
      <w:pPr>
        <w:pStyle w:val="Heading1"/>
      </w:pPr>
      <w:r>
        <w:t>Step 1 - Choose the Approved AI Platform</w:t>
      </w:r>
    </w:p>
    <w:p>
      <w:r>
        <w:t>Use the client's preferred organization-approved LLM. The client should ideally use their own account.</w:t>
      </w:r>
    </w:p>
    <w:p>
      <w:pPr>
        <w:pStyle w:val="Heading1"/>
      </w:pPr>
      <w:r>
        <w:t>Step 2 - Complete the AI Intake</w:t>
      </w:r>
    </w:p>
    <w:p>
      <w:r>
        <w:t>I want you to help me build a personalized AI-assisted job-search system called Job Watch.</w:t>
        <w:br/>
        <w:br/>
        <w:t>Before searching, interview me about my location, commute, remote/hybrid preferences, minimum starting/base salary, employment type, desired job families, jobs/industries I do not want, education, certifications, recent work history, leadership experience, software/technical skills, transferable skills, industries where I have experience, willingness to enter a new industry, priority employers and dealbreakers.</w:t>
        <w:br/>
        <w:br/>
        <w:t>Ask me to upload or paste my resume if available.</w:t>
        <w:br/>
        <w:br/>
        <w:t>Do not search yet. First build a realistic candidate profile.</w:t>
      </w:r>
    </w:p>
    <w:p>
      <w:pPr>
        <w:pStyle w:val="Heading1"/>
      </w:pPr>
      <w:r>
        <w:t>Step 3 - Approve the Candidate Profile</w:t>
      </w:r>
    </w:p>
    <w:p>
      <w:pPr>
        <w:pStyle w:val="ListBullet"/>
      </w:pPr>
      <w:r>
        <w:t>Strongest qualifications</w:t>
      </w:r>
    </w:p>
    <w:p>
      <w:pPr>
        <w:pStyle w:val="ListBullet"/>
      </w:pPr>
      <w:r>
        <w:t>Transferable skills</w:t>
      </w:r>
    </w:p>
    <w:p>
      <w:pPr>
        <w:pStyle w:val="ListBullet"/>
      </w:pPr>
      <w:r>
        <w:t>Realistic job families</w:t>
      </w:r>
    </w:p>
    <w:p>
      <w:pPr>
        <w:pStyle w:val="ListBullet"/>
      </w:pPr>
      <w:r>
        <w:t>Likely gaps</w:t>
      </w:r>
    </w:p>
    <w:p>
      <w:pPr>
        <w:pStyle w:val="ListBullet"/>
      </w:pPr>
      <w:r>
        <w:t>Salary requirement</w:t>
      </w:r>
    </w:p>
    <w:p>
      <w:pPr>
        <w:pStyle w:val="ListBullet"/>
      </w:pPr>
      <w:r>
        <w:t>Geographic rules</w:t>
      </w:r>
    </w:p>
    <w:p>
      <w:pPr>
        <w:pStyle w:val="ListBullet"/>
      </w:pPr>
      <w:r>
        <w:t>Preferred employers/industries</w:t>
      </w:r>
    </w:p>
    <w:p>
      <w:pPr>
        <w:pStyle w:val="ListBullet"/>
      </w:pPr>
      <w:r>
        <w:t>Exclusions</w:t>
      </w:r>
    </w:p>
    <w:p>
      <w:pPr>
        <w:pStyle w:val="Heading1"/>
      </w:pPr>
      <w:r>
        <w:t>Step 4 - Create Strict Screening Rules</w:t>
      </w:r>
    </w:p>
    <w:p>
      <w:r>
        <w:t>Create strict Job Watch screening rules from my approved profile.</w:t>
        <w:br/>
        <w:br/>
        <w:t>For every potential job, evaluate qualification fit, transferable-skill fit, starting/base salary, location, employment type, experience level, required licenses/credentials, career-interest fit and my exclusions.</w:t>
        <w:br/>
        <w:br/>
        <w:t>Do not lower my standards just because there are few results. Prefer zero strong matches over weak matches.</w:t>
      </w:r>
    </w:p>
    <w:p>
      <w:pPr>
        <w:pStyle w:val="Heading1"/>
      </w:pPr>
      <w:r>
        <w:t>Step 5 - Define the Job Sources</w:t>
      </w:r>
    </w:p>
    <w:p>
      <w:r>
        <w:t>Search across the broadest practical range of publicly accessible job sources available to you, including major job boards, employer career pages, government career sites, higher education, healthcare, nonprofit, industry-specific boards and NEworks.</w:t>
        <w:br/>
        <w:br/>
        <w:t>Do not assume NEworks or any single job board is the complete market.</w:t>
        <w:br/>
        <w:br/>
        <w:t>Do not claim you can literally review every job on the internet if your platform cannot do that.</w:t>
      </w:r>
    </w:p>
    <w:p>
      <w:pPr>
        <w:pStyle w:val="Heading1"/>
      </w:pPr>
      <w:r>
        <w:t>Step 6 - Add Priority Employers</w:t>
      </w:r>
    </w:p>
    <w:p>
      <w:r>
        <w:t>If the client has target employers, list them explicitly. Separate salary or application rules can be used for those employers.</w:t>
      </w:r>
    </w:p>
    <w:p>
      <w:pPr>
        <w:pStyle w:val="Heading1"/>
      </w:pPr>
      <w:r>
        <w:t>Step 7 - Prevent Duplicates</w:t>
      </w:r>
    </w:p>
    <w:p>
      <w:r>
        <w:t>Tell the AI not to resurface a job already shown unless the client asks for it again or the posting meaningfully changes.</w:t>
      </w:r>
    </w:p>
    <w:p>
      <w:pPr>
        <w:pStyle w:val="Heading1"/>
      </w:pPr>
      <w:r>
        <w:t>Step 8 - Run a Manual Test</w:t>
      </w:r>
    </w:p>
    <w:p>
      <w:pPr>
        <w:pStyle w:val="ListBullet"/>
      </w:pPr>
      <w:r>
        <w:t>Would the client really consider applying?</w:t>
      </w:r>
    </w:p>
    <w:p>
      <w:pPr>
        <w:pStyle w:val="ListBullet"/>
      </w:pPr>
      <w:r>
        <w:t>Does salary meet the rule?</w:t>
      </w:r>
    </w:p>
    <w:p>
      <w:pPr>
        <w:pStyle w:val="ListBullet"/>
      </w:pPr>
      <w:r>
        <w:t>Is the client realistically qualified?</w:t>
      </w:r>
    </w:p>
    <w:p>
      <w:pPr>
        <w:pStyle w:val="ListBullet"/>
      </w:pPr>
      <w:r>
        <w:t>Did the AI miss a mandatory requirement?</w:t>
      </w:r>
    </w:p>
    <w:p>
      <w:pPr>
        <w:pStyle w:val="ListBullet"/>
      </w:pPr>
      <w:r>
        <w:t>Are excluded jobs getting through?</w:t>
      </w:r>
    </w:p>
    <w:p>
      <w:pPr>
        <w:pStyle w:val="Heading1"/>
      </w:pPr>
      <w:r>
        <w:t>Step 9 - Set Recurring Searches Where Supported</w:t>
      </w:r>
    </w:p>
    <w:p>
      <w:r>
        <w:t>If the platform supports scheduled tasks, configure recurring Job Watch runs. If not, the client can return to the conversation and say: Run my Job Watch now.</w:t>
      </w:r>
    </w:p>
    <w:p>
      <w:r>
        <w:t>Require a result after every run. If there are no new qualifying jobs, the system should say: "Job Watch complete - no new qualifying jobs found in this search."</w:t>
      </w:r>
    </w:p>
    <w:p>
      <w:pPr>
        <w:pStyle w:val="Heading1"/>
      </w:pPr>
      <w:r>
        <w:t>Step 10 - Review Each Lead Together</w:t>
      </w:r>
    </w:p>
    <w:p>
      <w:pPr>
        <w:pStyle w:val="ListNumber"/>
      </w:pPr>
      <w:r>
        <w:t>Verify job title, employer, salary, location and current availability.</w:t>
      </w:r>
    </w:p>
    <w:p>
      <w:pPr>
        <w:pStyle w:val="ListNumber"/>
      </w:pPr>
      <w:r>
        <w:t>Identify the top reasons the client fits.</w:t>
      </w:r>
    </w:p>
    <w:p>
      <w:pPr>
        <w:pStyle w:val="ListNumber"/>
      </w:pPr>
      <w:r>
        <w:t>Identify real gaps or mandatory requirements.</w:t>
      </w:r>
    </w:p>
    <w:p>
      <w:pPr>
        <w:pStyle w:val="ListNumber"/>
      </w:pPr>
      <w:r>
        <w:t>Decide whether the opportunity is worth applying to.</w:t>
      </w:r>
    </w:p>
    <w:p>
      <w:pPr>
        <w:pStyle w:val="ListNumber"/>
      </w:pPr>
      <w:r>
        <w:t>Document applied or declined.</w:t>
      </w:r>
    </w:p>
    <w:p>
      <w:pPr>
        <w:pStyle w:val="Heading1"/>
      </w:pPr>
      <w:r>
        <w:t>Step 11 - Use AI for the Application</w:t>
      </w:r>
    </w:p>
    <w:p>
      <w:r>
        <w:t>I want to apply for this job. Compare my resume and candidate profile to the posting.</w:t>
        <w:br/>
        <w:br/>
        <w:t>Give me my strongest matches, meaningful gaps, truthful resume changes, relevant keywords, a cover letter if useful, likely interview questions, STAR examples based only on my real experience and questions to ask the employer.</w:t>
        <w:br/>
        <w:br/>
        <w:t>Do not fabricate experience, credentials or accomplishments.</w:t>
      </w:r>
    </w:p>
    <w:p>
      <w:pPr>
        <w:pStyle w:val="Heading1"/>
      </w:pPr>
      <w:r>
        <w:t>Step 12 - Track and Improve</w:t>
      </w:r>
    </w:p>
    <w:p>
      <w:r>
        <w:t>Track leads, applications, interviews, offers and placements. After enough activity, review which roles and industries are producing the best conversion and adjust the profile/rules.</w:t>
      </w:r>
    </w:p>
    <w:p>
      <w:pPr>
        <w:pStyle w:val="Heading1"/>
      </w:pPr>
      <w:r>
        <w:t>Career Planner Red Flags</w:t>
      </w:r>
    </w:p>
    <w:p>
      <w:pPr>
        <w:pStyle w:val="ListBullet"/>
      </w:pPr>
      <w:r>
        <w:t>AI invents or exaggerates qualifications.</w:t>
      </w:r>
    </w:p>
    <w:p>
      <w:pPr>
        <w:pStyle w:val="ListBullet"/>
      </w:pPr>
      <w:r>
        <w:t>Maximum salary is treated as starting salary.</w:t>
      </w:r>
    </w:p>
    <w:p>
      <w:pPr>
        <w:pStyle w:val="ListBullet"/>
      </w:pPr>
      <w:r>
        <w:t>Commission is treated as guaranteed base pay.</w:t>
      </w:r>
    </w:p>
    <w:p>
      <w:pPr>
        <w:pStyle w:val="ListBullet"/>
      </w:pPr>
      <w:r>
        <w:t>Required licenses/degrees are overlooked.</w:t>
      </w:r>
    </w:p>
    <w:p>
      <w:pPr>
        <w:pStyle w:val="ListBullet"/>
      </w:pPr>
      <w:r>
        <w:t>Old or closed postings are presented as current.</w:t>
      </w:r>
    </w:p>
    <w:p>
      <w:pPr>
        <w:pStyle w:val="ListBullet"/>
      </w:pPr>
      <w:r>
        <w:t>The AI quietly changes the client's criteria.</w:t>
      </w:r>
    </w:p>
    <w:p>
      <w:pPr>
        <w:pStyle w:val="ListBullet"/>
      </w:pPr>
      <w:r>
        <w:t>The client enters unnecessary sensitive information.</w:t>
      </w:r>
    </w:p>
    <w:sectPr w:rsidR="00FC693F" w:rsidRPr="0006063C" w:rsidSect="00034616">
      <w:footerReference w:type="default" r:id="rId9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AI Employment Navigator | Developed by Ryan Uher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