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sz w:val="46"/>
        </w:rPr>
        <w:t>AI Employment Navigator</w:t>
      </w:r>
    </w:p>
    <w:p>
      <w:pPr>
        <w:jc w:val="center"/>
      </w:pPr>
      <w:r>
        <w:rPr>
          <w:i/>
          <w:sz w:val="25"/>
        </w:rPr>
        <w:t>Executive Leadership Brief</w:t>
      </w:r>
    </w:p>
    <w:p>
      <w:pPr>
        <w:jc w:val="center"/>
      </w:pPr>
      <w:r>
        <w:rPr>
          <w:b/>
          <w:sz w:val="20"/>
        </w:rPr>
        <w:t>Developed by Ryan Uher | AI Employment Navigator</w:t>
      </w:r>
    </w:p>
    <w:p/>
    <w:p>
      <w:pPr>
        <w:pStyle w:val="Heading1"/>
      </w:pPr>
      <w:r>
        <w:t>What I Am Proposing</w:t>
      </w:r>
    </w:p>
    <w:p>
      <w:r>
        <w:t>I am proposing a controlled pilot of an AI-assisted employment-services workflow that helps clients identify better-fit job opportunities, prepare stronger applications and interviews, and learn how to use modern AI tools responsibly in their job search.</w:t>
      </w:r>
    </w:p>
    <w:p>
      <w:r>
        <w:t>The project is called AI Employment Navigator. Its first module, Job Watch, uses a client's actual qualifications, transferable skills, salary requirements, location, interests and exclusions to screen opportunities across multiple employment sources.</w:t>
      </w:r>
    </w:p>
    <w:p>
      <w:pPr>
        <w:ind w:left="360" w:right="360"/>
      </w:pPr>
      <w:r>
        <w:rPr>
          <w:b/>
        </w:rPr>
        <w:t>The goal is not more job leads. The goal is better job leads.</w:t>
      </w:r>
    </w:p>
    <w:p>
      <w:pPr>
        <w:pStyle w:val="Heading1"/>
      </w:pPr>
      <w:r>
        <w:t>Why This Is Different</w:t>
      </w:r>
    </w:p>
    <w:p>
      <w:pPr>
        <w:pStyle w:val="ListBullet"/>
      </w:pPr>
      <w:r>
        <w:t>Multi-source: designed to search across the broadest practical range of public job sources, including major job boards, employer career pages, government sites, higher education, healthcare, nonprofit sites, NEworks and other accessible sources.</w:t>
      </w:r>
    </w:p>
    <w:p>
      <w:pPr>
        <w:pStyle w:val="ListBullet"/>
      </w:pPr>
      <w:r>
        <w:t>Personalized: every client has individualized criteria instead of receiving the same generic search results.</w:t>
      </w:r>
    </w:p>
    <w:p>
      <w:pPr>
        <w:pStyle w:val="ListBullet"/>
      </w:pPr>
      <w:r>
        <w:t>Quality-focused: the system is allowed to return zero results rather than filling the screen with weak matches.</w:t>
      </w:r>
    </w:p>
    <w:p>
      <w:pPr>
        <w:pStyle w:val="ListBullet"/>
      </w:pPr>
      <w:r>
        <w:t>Human-in-the-loop: AI recommends and organizes; the client and career planner make the decisions.</w:t>
      </w:r>
    </w:p>
    <w:p>
      <w:pPr>
        <w:pStyle w:val="ListBullet"/>
      </w:pPr>
      <w:r>
        <w:t>Platform-flexible: the method is not tied to ChatGPT and can be adapted to other organization-approved LLMs.</w:t>
      </w:r>
    </w:p>
    <w:p>
      <w:pPr>
        <w:pStyle w:val="ListBullet"/>
      </w:pPr>
      <w:r>
        <w:t>Measurable: results can be tracked from job lead to application to interview to offer to placement.</w:t>
      </w:r>
    </w:p>
    <w:p>
      <w:pPr>
        <w:pStyle w:val="Heading1"/>
      </w:pPr>
      <w:r>
        <w:t>How NEworks Fits</w:t>
      </w:r>
    </w:p>
    <w:p>
      <w:r>
        <w:t>NEworks remains part of the model as an important workforce-system source and validation point. It is not the center of the Navigator. The broader design is to combine NEworks with the larger online employment market so clients are not limited to one system.</w:t>
      </w:r>
    </w:p>
    <w:p>
      <w:pPr>
        <w:pStyle w:val="Heading1"/>
      </w:pPr>
      <w:r>
        <w:t>The Pilot I Am Requesting</w:t>
      </w:r>
    </w:p>
    <w:p>
      <w:pPr>
        <w:pStyle w:val="ListBullet"/>
      </w:pPr>
      <w:r>
        <w:t>Approximately 10 clients</w:t>
      </w:r>
    </w:p>
    <w:p>
      <w:pPr>
        <w:pStyle w:val="ListBullet"/>
      </w:pPr>
      <w:r>
        <w:t>30 days</w:t>
      </w:r>
    </w:p>
    <w:p>
      <w:pPr>
        <w:pStyle w:val="ListBullet"/>
      </w:pPr>
      <w:r>
        <w:t>Defined privacy and responsible-use safeguards</w:t>
      </w:r>
    </w:p>
    <w:p>
      <w:pPr>
        <w:pStyle w:val="ListBullet"/>
      </w:pPr>
      <w:r>
        <w:t>Standardized career-planner workflow</w:t>
      </w:r>
    </w:p>
    <w:p>
      <w:pPr>
        <w:pStyle w:val="ListBullet"/>
      </w:pPr>
      <w:r>
        <w:t>Documented results, limitations and staff/client feedback</w:t>
      </w:r>
    </w:p>
    <w:p>
      <w:pPr>
        <w:pStyle w:val="ListBullet"/>
      </w:pPr>
      <w:r>
        <w:t>Final recommendation on whether to expand, modify or stop</w:t>
      </w:r>
    </w:p>
    <w:p>
      <w:pPr>
        <w:pStyle w:val="Heading1"/>
      </w:pPr>
      <w:r>
        <w:t>What I Would Own</w:t>
      </w:r>
    </w:p>
    <w:p>
      <w:r>
        <w:t>I would like to serve as Project Lead and take responsibility for building the workflow, testing it, documenting it, training participating staff, troubleshooting outputs, tracking results, refining the system and presenting recommendations to leadership.</w:t>
      </w:r>
    </w:p>
    <w:p>
      <w:pPr>
        <w:pStyle w:val="Heading1"/>
      </w:pPr>
      <w:r>
        <w:t>The Long-Term Opportunity</w:t>
      </w:r>
    </w:p>
    <w:p>
      <w:r>
        <w:t>If the pilot works, AI Employment Navigator could become a standardized framework used across programs for candidate profiling, multi-source job discovery, application support, interview preparation, employer research and outcome tracking.</w:t>
      </w:r>
    </w:p>
    <w:p>
      <w:pPr>
        <w:ind w:left="360" w:right="360"/>
      </w:pPr>
      <w:r>
        <w:rPr>
          <w:b/>
        </w:rPr>
        <w:t>This is not about replacing career planners with AI. It is about using AI for more of the searching, sorting, comparison and preparation so staff can spend more time on coaching, judgment, relationships, barriers and participant support.</w:t>
      </w:r>
    </w:p>
    <w:sectPr w:rsidR="00FC693F" w:rsidRPr="0006063C" w:rsidSect="00034616">
      <w:footerReference w:type="default" r:id="rId9"/>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AI Employment Navigator | Developed by Ryan Uher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